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ZACHARIAH GRIFFIN</w:t>
      </w:r>
    </w:p>
    <w:p>
      <w:pPr>
        <w:spacing w:after="80"/>
      </w:pPr>
      <w:r>
        <w:rPr>
          <w:b/>
          <w:sz w:val="24"/>
        </w:rPr>
        <w:t>CREATIVE DIRECTOR</w:t>
      </w:r>
    </w:p>
    <w:p>
      <w:pPr>
        <w:spacing w:after="40"/>
      </w:pPr>
      <w:r>
        <w:rPr>
          <w:b w:val="0"/>
          <w:sz w:val="18"/>
        </w:rPr>
        <w:t>Los Angeles, CA  |  757-633-8422  |  zachariahgriffin.work@gmail.com</w:t>
      </w:r>
    </w:p>
    <w:p>
      <w:pPr>
        <w:spacing w:after="140"/>
      </w:pPr>
      <w:r>
        <w:rPr>
          <w:b w:val="0"/>
          <w:sz w:val="18"/>
        </w:rPr>
        <w:t>Portfolio: https://zachariahgriffin.com</w:t>
      </w:r>
    </w:p>
    <w:p>
      <w:pPr>
        <w:spacing w:after="40"/>
      </w:pPr>
      <w:r>
        <w:rPr>
          <w:b w:val="0"/>
        </w:rPr>
        <w:t>Creative Director specializing in fashion, music, and visual storytelling. Leads campaigns, apparel collections, branding, styling, and content production from concept through execution for artists, athletes, and cultural brands. Extends creative direction into website design and digital experiences.</w:t>
      </w:r>
    </w:p>
    <w:p>
      <w:pPr>
        <w:pStyle w:val="Heading1"/>
      </w:pPr>
      <w:r>
        <w:t>CREATIVE DIRECTION AND DESIGN</w:t>
      </w:r>
    </w:p>
    <w:p>
      <w:pPr>
        <w:keepNext/>
        <w:spacing w:after="40"/>
      </w:pPr>
      <w:r>
        <w:rPr>
          <w:b/>
          <w:sz w:val="20"/>
        </w:rPr>
        <w:t>Founder &amp; Creative Director | Club Moxy</w:t>
      </w:r>
    </w:p>
    <w:p>
      <w:pPr>
        <w:spacing w:after="100"/>
      </w:pPr>
      <w:r>
        <w:rPr>
          <w:b w:val="0"/>
        </w:rPr>
        <w:t>Founded Club Moxy and direct its creative vision across branding, apparel, campaigns, photography, videography, and content production.</w:t>
      </w:r>
    </w:p>
    <w:p>
      <w:pPr>
        <w:keepNext/>
        <w:spacing w:after="40"/>
      </w:pPr>
      <w:r>
        <w:rPr>
          <w:b/>
          <w:sz w:val="20"/>
        </w:rPr>
        <w:t>Creative Director | Independent | 2023-Present</w:t>
      </w:r>
    </w:p>
    <w:p>
      <w:pPr>
        <w:spacing w:after="100"/>
      </w:pPr>
      <w:r>
        <w:rPr>
          <w:b w:val="0"/>
        </w:rPr>
        <w:t>Lead creative direction across fashion, music, and branding.</w:t>
      </w:r>
    </w:p>
    <w:p>
      <w:pPr>
        <w:keepNext/>
        <w:spacing w:after="40"/>
      </w:pPr>
      <w:r>
        <w:rPr>
          <w:b/>
          <w:sz w:val="20"/>
        </w:rPr>
        <w:t>Fashion Designer &amp; Lead Graphic Designer | JoJo Diaz &amp; Jermall Charlo | 2026</w:t>
      </w:r>
    </w:p>
    <w:p>
      <w:pPr>
        <w:spacing w:after="100"/>
      </w:pPr>
      <w:r>
        <w:rPr>
          <w:b w:val="0"/>
        </w:rPr>
        <w:t>Designed custom fightwear and led apparel graphics for both athletes.</w:t>
      </w:r>
    </w:p>
    <w:p>
      <w:pPr>
        <w:keepNext/>
        <w:spacing w:after="40"/>
      </w:pPr>
      <w:r>
        <w:rPr>
          <w:b/>
          <w:sz w:val="20"/>
        </w:rPr>
        <w:t>Stylist &amp; Co-Creative Director | Bear1Boss | 2025-Present</w:t>
      </w:r>
    </w:p>
    <w:p>
      <w:pPr>
        <w:spacing w:after="100"/>
      </w:pPr>
      <w:r>
        <w:rPr>
          <w:b w:val="0"/>
        </w:rPr>
        <w:t>Provide styling and creative direction for artist imagery and campaign rollout.</w:t>
      </w:r>
    </w:p>
    <w:p>
      <w:pPr>
        <w:keepNext/>
        <w:spacing w:after="40"/>
      </w:pPr>
      <w:r>
        <w:rPr>
          <w:b/>
          <w:sz w:val="20"/>
        </w:rPr>
        <w:t>Lead Designer &amp; Creative Director | Afropunk | 2023</w:t>
      </w:r>
    </w:p>
    <w:p>
      <w:pPr>
        <w:spacing w:after="100"/>
      </w:pPr>
      <w:r>
        <w:rPr>
          <w:b w:val="0"/>
        </w:rPr>
        <w:t>Led creative direction, designed an apparel collection, and directed campaign visuals.</w:t>
      </w:r>
    </w:p>
    <w:p>
      <w:pPr>
        <w:pStyle w:val="Heading1"/>
      </w:pPr>
      <w:r>
        <w:t>SELECTED CAMPAIGNS</w:t>
      </w:r>
    </w:p>
    <w:p>
      <w:pPr>
        <w:spacing w:after="40"/>
      </w:pPr>
      <w:r>
        <w:rPr>
          <w:b w:val="0"/>
        </w:rPr>
        <w:t>Afropunk Halloween Campaign • LRG World Cup Campaign (Styling) • JoJo Diaz Fight Apparel • Jermall Charlo Fight Apparel • Bear1Boss Campaign Rollout • Capella Grey - Gyalis</w:t>
      </w:r>
    </w:p>
    <w:p>
      <w:pPr>
        <w:pStyle w:val="Heading1"/>
      </w:pPr>
      <w:r>
        <w:t>ON-SET EXPERIENCE</w:t>
      </w:r>
    </w:p>
    <w:p>
      <w:pPr>
        <w:spacing w:after="60"/>
      </w:pPr>
      <w:r>
        <w:rPr>
          <w:b/>
          <w:sz w:val="20"/>
        </w:rPr>
        <w:t>Intern / On-Set Assistant to Carla Joi Farmer Jackson</w:t>
      </w:r>
    </w:p>
    <w:p>
      <w:pPr>
        <w:keepNext/>
        <w:spacing w:after="40"/>
      </w:pPr>
      <w:r>
        <w:rPr>
          <w:b/>
          <w:sz w:val="20"/>
        </w:rPr>
        <w:t>Unreleased Apple Original Films / Nike Production</w:t>
      </w:r>
    </w:p>
    <w:p>
      <w:pPr>
        <w:spacing w:after="100"/>
      </w:pPr>
      <w:r>
        <w:rPr>
          <w:b w:val="0"/>
        </w:rPr>
        <w:t>Gained hands-on set experience under Carla Joi Farmer Jackson, assisting with day-to-day needs and learning professional production workflows, set etiquette, and communication.</w:t>
      </w:r>
    </w:p>
    <w:p>
      <w:pPr>
        <w:keepNext/>
        <w:spacing w:after="40"/>
      </w:pPr>
      <w:r>
        <w:rPr>
          <w:b/>
          <w:sz w:val="20"/>
        </w:rPr>
        <w:t>Unreleased Studio Feature</w:t>
      </w:r>
    </w:p>
    <w:p>
      <w:pPr>
        <w:spacing w:after="100"/>
      </w:pPr>
      <w:r>
        <w:rPr>
          <w:b w:val="0"/>
        </w:rPr>
        <w:t>Continued internship and on-set assistance under Carla Joi Farmer Jackson, expanding familiarity with set operations and collaboration across a feature production.</w:t>
      </w:r>
    </w:p>
    <w:p>
      <w:pPr>
        <w:spacing w:after="40"/>
      </w:pPr>
      <w:r>
        <w:rPr>
          <w:b w:val="0"/>
          <w:sz w:val="18"/>
        </w:rPr>
        <w:t>Project details limited prior to release. Building on-set experience toward a future in costume design.</w:t>
      </w:r>
    </w:p>
    <w:p>
      <w:pPr>
        <w:pStyle w:val="Heading1"/>
      </w:pPr>
      <w:r>
        <w:t>WEB DESIGN &amp; DIGITAL</w:t>
      </w:r>
    </w:p>
    <w:p>
      <w:pPr>
        <w:keepNext/>
        <w:spacing w:after="40"/>
      </w:pPr>
      <w:r>
        <w:rPr>
          <w:b/>
          <w:sz w:val="20"/>
        </w:rPr>
        <w:t>Codebond Haircare Website | Web Designer &amp; Creative Director | Completed</w:t>
      </w:r>
    </w:p>
    <w:p>
      <w:pPr>
        <w:spacing w:after="100"/>
      </w:pPr>
      <w:r>
        <w:rPr>
          <w:b w:val="0"/>
        </w:rPr>
        <w:t>Designed and developed the published Codebond haircare website, translating the brand and product collection into a cohesive digital experience.</w:t>
      </w:r>
    </w:p>
    <w:p>
      <w:pPr>
        <w:keepNext/>
        <w:spacing w:after="40"/>
      </w:pPr>
      <w:r>
        <w:rPr>
          <w:b/>
          <w:sz w:val="20"/>
        </w:rPr>
        <w:t>Saura Silverbell OB/GYN Website | Web Designer &amp; Creative Director | In Development</w:t>
      </w:r>
    </w:p>
    <w:p>
      <w:pPr>
        <w:spacing w:after="100"/>
      </w:pPr>
      <w:r>
        <w:rPr>
          <w:b w:val="0"/>
        </w:rPr>
        <w:t>Created the website concept and completed the demo. Continuing design and development following client approval and a signed proposal.</w:t>
      </w:r>
    </w:p>
    <w:p>
      <w:pPr>
        <w:pStyle w:val="Heading1"/>
      </w:pPr>
      <w:r>
        <w:t>ADDITIONAL EXPERIENCE</w:t>
      </w:r>
    </w:p>
    <w:p>
      <w:pPr>
        <w:keepNext/>
        <w:spacing w:after="40"/>
      </w:pPr>
      <w:r>
        <w:rPr>
          <w:b/>
          <w:sz w:val="20"/>
        </w:rPr>
        <w:t>Production Assistant | Capella Grey - Gyalis | Summer 2021</w:t>
      </w:r>
    </w:p>
    <w:p>
      <w:pPr>
        <w:spacing w:after="100"/>
      </w:pPr>
      <w:r>
        <w:rPr>
          <w:b w:val="0"/>
        </w:rPr>
        <w:t>Supported production operations and logistics.</w:t>
      </w:r>
    </w:p>
    <w:p>
      <w:pPr>
        <w:keepNext/>
        <w:spacing w:after="40"/>
      </w:pPr>
      <w:r>
        <w:rPr>
          <w:b/>
          <w:sz w:val="20"/>
        </w:rPr>
        <w:t>Stock Associate | KITH SOHO | Sept 2021-Jan 2022</w:t>
      </w:r>
    </w:p>
    <w:p>
      <w:pPr>
        <w:spacing w:after="100"/>
      </w:pPr>
      <w:r>
        <w:rPr>
          <w:b w:val="0"/>
        </w:rPr>
        <w:t>Managed inventory, organized the stockroom, processed shipments, and supported sales floor operations.</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2"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rial" w:hAnsi="Arial"/>
      <w:b/>
      <w:bCs/>
      <w:color w:val="000000"/>
      <w:sz w:val="21"/>
      <w:szCs w:val="28"/>
    </w:rPr>
  </w:style>
  <w:style w:type="paragraph" w:styleId="Heading2">
    <w:name w:val="heading 2"/>
    <w:basedOn w:val="Normal"/>
    <w:next w:val="Normal"/>
    <w:link w:val="Heading2Char"/>
    <w:uiPriority w:val="9"/>
    <w:unhideWhenUsed/>
    <w:qFormat/>
    <w:rsid w:val="00FC693F"/>
    <w:pPr>
      <w:keepNext/>
      <w:keepLines/>
      <w:spacing w:before="200" w:after="6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60" w:line="240" w:lineRule="auto"/>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60"/>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Zachariah Griffin | Creative Director Resume</dc:title>
  <dc:subject/>
  <dc:creator>Zachariah Griffin</dc:creator>
  <cp:keywords/>
  <dc:description>generated by python-docx</dc:description>
  <cp:lastModifiedBy/>
  <cp:revision>1</cp:revision>
  <dcterms:created xsi:type="dcterms:W3CDTF">2013-12-23T23:15:00Z</dcterms:created>
  <dcterms:modified xsi:type="dcterms:W3CDTF">2013-12-23T23:15:00Z</dcterms:modified>
  <cp:category/>
</cp:coreProperties>
</file>